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5BFB" w:rsidRDefault="004C5BFB">
      <w:bookmarkStart w:id="0" w:name="_GoBack"/>
      <w:bookmarkEnd w:id="0"/>
    </w:p>
    <w:tbl>
      <w:tblPr>
        <w:tblpPr w:leftFromText="180" w:rightFromText="180" w:vertAnchor="text" w:horzAnchor="margin" w:tblpX="-54" w:tblpY="-301"/>
        <w:tblW w:w="105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8687"/>
        <w:gridCol w:w="1828"/>
      </w:tblGrid>
      <w:tr w:rsidR="004C5BFB" w:rsidTr="004C5BFB">
        <w:trPr>
          <w:trHeight w:val="1887"/>
        </w:trPr>
        <w:tc>
          <w:tcPr>
            <w:tcW w:w="8687" w:type="dxa"/>
          </w:tcPr>
          <w:p w:rsidR="004C5BFB" w:rsidRPr="004C5BFB" w:rsidRDefault="004C5BFB" w:rsidP="004C5BFB">
            <w:pPr>
              <w:spacing w:after="0"/>
              <w:rPr>
                <w:sz w:val="48"/>
                <w:szCs w:val="48"/>
              </w:rPr>
            </w:pPr>
            <w:r w:rsidRPr="004C5BFB">
              <w:rPr>
                <w:b/>
                <w:sz w:val="48"/>
                <w:szCs w:val="48"/>
              </w:rPr>
              <w:t>SMRITI KUMARI</w:t>
            </w:r>
          </w:p>
          <w:p w:rsidR="004C5BFB" w:rsidRDefault="004C5BFB" w:rsidP="004C5BFB">
            <w:pPr>
              <w:spacing w:after="0"/>
            </w:pPr>
          </w:p>
          <w:p w:rsidR="004C5BFB" w:rsidRPr="004C5BFB" w:rsidRDefault="004C5BFB" w:rsidP="004C5BFB">
            <w:pPr>
              <w:spacing w:after="0"/>
              <w:rPr>
                <w:sz w:val="24"/>
                <w:szCs w:val="24"/>
              </w:rPr>
            </w:pPr>
            <w:r w:rsidRPr="004C5BFB">
              <w:rPr>
                <w:b/>
                <w:sz w:val="24"/>
                <w:szCs w:val="24"/>
              </w:rPr>
              <w:t>PRIMARY TEACHER APPLICANT</w:t>
            </w:r>
          </w:p>
          <w:p w:rsidR="004C5BFB" w:rsidRDefault="004C5BFB" w:rsidP="004C5BFB"/>
          <w:p w:rsidR="004C5BFB" w:rsidRPr="004C5BFB" w:rsidRDefault="004C5BFB" w:rsidP="004C5BFB">
            <w:pPr>
              <w:rPr>
                <w:sz w:val="18"/>
                <w:szCs w:val="18"/>
              </w:rPr>
            </w:pPr>
            <w:r w:rsidRPr="004C5BFB">
              <w:rPr>
                <w:sz w:val="18"/>
                <w:szCs w:val="18"/>
              </w:rPr>
              <w:t xml:space="preserve">East Ashok Nagar, Road No. 14B, Kankarbagh, Patna - 20  •  9065452427  •  </w:t>
            </w:r>
            <w:hyperlink r:id="rId7" w:history="1">
              <w:r w:rsidRPr="004C5BFB">
                <w:rPr>
                  <w:rStyle w:val="Hyperlink"/>
                  <w:sz w:val="18"/>
                  <w:szCs w:val="18"/>
                </w:rPr>
                <w:t>viskarmamuskaan@gmail.com</w:t>
              </w:r>
            </w:hyperlink>
            <w:r w:rsidRPr="004C5BFB">
              <w:rPr>
                <w:sz w:val="18"/>
                <w:szCs w:val="18"/>
              </w:rPr>
              <w:t xml:space="preserve">                                               </w:t>
            </w:r>
          </w:p>
        </w:tc>
        <w:tc>
          <w:tcPr>
            <w:tcW w:w="1828" w:type="dxa"/>
          </w:tcPr>
          <w:p w:rsidR="004C5BFB" w:rsidRDefault="004C5BFB" w:rsidP="004C5BFB">
            <w:pPr>
              <w:jc w:val="right"/>
            </w:pPr>
            <w:r>
              <w:rPr>
                <w:noProof/>
                <w:lang w:bidi="hi-IN"/>
              </w:rPr>
              <w:drawing>
                <wp:inline distT="0" distB="0" distL="0" distR="0" wp14:anchorId="46F49CB4" wp14:editId="312C8C1E">
                  <wp:extent cx="1150144" cy="11715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6-09-05 at 9.16.26 PM(1).jpe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3210" cy="11746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3189D" w:rsidRDefault="004744CC" w:rsidP="004C5BFB">
      <w:pPr>
        <w:pBdr>
          <w:bottom w:val="single" w:sz="6" w:space="0" w:color="auto"/>
        </w:pBdr>
        <w:spacing w:before="80"/>
      </w:pPr>
      <w:r>
        <w:rPr>
          <w:b/>
          <w:sz w:val="21"/>
        </w:rPr>
        <w:t>CAREER OBJECTIVE</w:t>
      </w:r>
    </w:p>
    <w:p w:rsidR="0003189D" w:rsidRDefault="004744CC">
      <w:pPr>
        <w:spacing w:after="60"/>
      </w:pPr>
      <w:r>
        <w:t>To begin my career as a Primary Teacher in a reputed school where I can use my teaching skills, patience and subject knowledge to create a positive and engaging learning environment for children, while continuing to grow professionally.</w:t>
      </w:r>
    </w:p>
    <w:p w:rsidR="004C5BFB" w:rsidRDefault="004C5BFB">
      <w:pPr>
        <w:pBdr>
          <w:bottom w:val="single" w:sz="6" w:space="1" w:color="auto"/>
        </w:pBdr>
        <w:spacing w:before="80"/>
        <w:rPr>
          <w:b/>
          <w:sz w:val="21"/>
        </w:rPr>
      </w:pPr>
    </w:p>
    <w:p w:rsidR="0003189D" w:rsidRDefault="004744CC">
      <w:pPr>
        <w:pBdr>
          <w:bottom w:val="single" w:sz="6" w:space="1" w:color="auto"/>
        </w:pBdr>
        <w:spacing w:before="80"/>
      </w:pPr>
      <w:r>
        <w:rPr>
          <w:b/>
          <w:sz w:val="21"/>
        </w:rPr>
        <w:t>TEACHING EXPERIENCE</w:t>
      </w:r>
    </w:p>
    <w:p w:rsidR="0003189D" w:rsidRDefault="004744CC">
      <w:r>
        <w:rPr>
          <w:b/>
        </w:rPr>
        <w:t>Home Tutor — Private Home Tuition</w:t>
      </w:r>
      <w:r>
        <w:br/>
        <w:t>• Provide academic guidance and individual support to students.</w:t>
      </w:r>
      <w:r>
        <w:br/>
        <w:t>• Help with homework, revision and exam preparation.</w:t>
      </w:r>
      <w:r>
        <w:br/>
        <w:t>• Explain concepts clearly according to students' learning needs.</w:t>
      </w:r>
      <w:r>
        <w:br/>
        <w:t xml:space="preserve">• Monitor progress </w:t>
      </w:r>
      <w:r>
        <w:t>and encourage students to learn confidently.</w:t>
      </w:r>
    </w:p>
    <w:p w:rsidR="004C5BFB" w:rsidRDefault="004C5BFB">
      <w:pPr>
        <w:pBdr>
          <w:bottom w:val="single" w:sz="6" w:space="1" w:color="auto"/>
        </w:pBdr>
        <w:spacing w:before="80"/>
        <w:rPr>
          <w:b/>
          <w:sz w:val="21"/>
        </w:rPr>
      </w:pPr>
    </w:p>
    <w:p w:rsidR="0003189D" w:rsidRDefault="004744CC">
      <w:pPr>
        <w:pBdr>
          <w:bottom w:val="single" w:sz="6" w:space="1" w:color="auto"/>
        </w:pBdr>
        <w:spacing w:before="80"/>
      </w:pPr>
      <w:r>
        <w:rPr>
          <w:b/>
          <w:sz w:val="21"/>
        </w:rPr>
        <w:t>EDUCATIONAL QUALIFICATION</w:t>
      </w:r>
    </w:p>
    <w:tbl>
      <w:tblPr>
        <w:tblStyle w:val="TableGrid"/>
        <w:tblW w:w="10593" w:type="dxa"/>
        <w:jc w:val="center"/>
        <w:tblLook w:val="04A0" w:firstRow="1" w:lastRow="0" w:firstColumn="1" w:lastColumn="0" w:noHBand="0" w:noVBand="1"/>
      </w:tblPr>
      <w:tblGrid>
        <w:gridCol w:w="3531"/>
        <w:gridCol w:w="3531"/>
        <w:gridCol w:w="3531"/>
      </w:tblGrid>
      <w:tr w:rsidR="0003189D" w:rsidTr="004C5BFB">
        <w:trPr>
          <w:trHeight w:val="314"/>
          <w:jc w:val="center"/>
        </w:trPr>
        <w:tc>
          <w:tcPr>
            <w:tcW w:w="3531" w:type="dxa"/>
            <w:vAlign w:val="center"/>
          </w:tcPr>
          <w:p w:rsidR="0003189D" w:rsidRDefault="004744CC">
            <w:pPr>
              <w:spacing w:after="0"/>
            </w:pPr>
            <w:r>
              <w:rPr>
                <w:b/>
                <w:sz w:val="18"/>
              </w:rPr>
              <w:t>Qualification</w:t>
            </w:r>
          </w:p>
        </w:tc>
        <w:tc>
          <w:tcPr>
            <w:tcW w:w="3531" w:type="dxa"/>
            <w:vAlign w:val="center"/>
          </w:tcPr>
          <w:p w:rsidR="0003189D" w:rsidRDefault="004744CC">
            <w:pPr>
              <w:spacing w:after="0"/>
            </w:pPr>
            <w:r>
              <w:rPr>
                <w:b/>
                <w:sz w:val="18"/>
              </w:rPr>
              <w:t>Institution</w:t>
            </w:r>
          </w:p>
        </w:tc>
        <w:tc>
          <w:tcPr>
            <w:tcW w:w="3531" w:type="dxa"/>
            <w:vAlign w:val="center"/>
          </w:tcPr>
          <w:p w:rsidR="0003189D" w:rsidRDefault="004744CC">
            <w:pPr>
              <w:spacing w:after="0"/>
            </w:pPr>
            <w:r>
              <w:rPr>
                <w:b/>
                <w:sz w:val="18"/>
              </w:rPr>
              <w:t>Session / Year</w:t>
            </w:r>
          </w:p>
        </w:tc>
      </w:tr>
      <w:tr w:rsidR="0003189D" w:rsidTr="004C5BFB">
        <w:trPr>
          <w:trHeight w:val="337"/>
          <w:jc w:val="center"/>
        </w:trPr>
        <w:tc>
          <w:tcPr>
            <w:tcW w:w="3531" w:type="dxa"/>
            <w:vAlign w:val="center"/>
          </w:tcPr>
          <w:p w:rsidR="0003189D" w:rsidRDefault="004744CC">
            <w:pPr>
              <w:spacing w:after="0"/>
            </w:pPr>
            <w:r>
              <w:rPr>
                <w:sz w:val="18"/>
              </w:rPr>
              <w:t>B.Ed.</w:t>
            </w:r>
          </w:p>
        </w:tc>
        <w:tc>
          <w:tcPr>
            <w:tcW w:w="3531" w:type="dxa"/>
            <w:vAlign w:val="center"/>
          </w:tcPr>
          <w:p w:rsidR="0003189D" w:rsidRDefault="004744CC">
            <w:pPr>
              <w:spacing w:after="0"/>
            </w:pPr>
            <w:r>
              <w:rPr>
                <w:sz w:val="18"/>
              </w:rPr>
              <w:t>Himalaya Teacher Training College</w:t>
            </w:r>
          </w:p>
        </w:tc>
        <w:tc>
          <w:tcPr>
            <w:tcW w:w="3531" w:type="dxa"/>
            <w:vAlign w:val="center"/>
          </w:tcPr>
          <w:p w:rsidR="0003189D" w:rsidRDefault="004744CC">
            <w:pPr>
              <w:spacing w:after="0"/>
            </w:pPr>
            <w:r>
              <w:rPr>
                <w:sz w:val="18"/>
              </w:rPr>
              <w:t>2026–2028 (Pursuing)</w:t>
            </w:r>
          </w:p>
        </w:tc>
      </w:tr>
      <w:tr w:rsidR="0003189D" w:rsidTr="004C5BFB">
        <w:trPr>
          <w:trHeight w:val="314"/>
          <w:jc w:val="center"/>
        </w:trPr>
        <w:tc>
          <w:tcPr>
            <w:tcW w:w="3531" w:type="dxa"/>
            <w:vAlign w:val="center"/>
          </w:tcPr>
          <w:p w:rsidR="0003189D" w:rsidRDefault="004744CC">
            <w:pPr>
              <w:spacing w:after="0"/>
            </w:pPr>
            <w:r>
              <w:rPr>
                <w:sz w:val="18"/>
              </w:rPr>
              <w:t>M.Com.</w:t>
            </w:r>
          </w:p>
        </w:tc>
        <w:tc>
          <w:tcPr>
            <w:tcW w:w="3531" w:type="dxa"/>
            <w:vAlign w:val="center"/>
          </w:tcPr>
          <w:p w:rsidR="0003189D" w:rsidRDefault="004744CC">
            <w:pPr>
              <w:spacing w:after="0"/>
            </w:pPr>
            <w:r>
              <w:rPr>
                <w:sz w:val="18"/>
              </w:rPr>
              <w:t>Nalanda Open University</w:t>
            </w:r>
          </w:p>
        </w:tc>
        <w:tc>
          <w:tcPr>
            <w:tcW w:w="3531" w:type="dxa"/>
            <w:vAlign w:val="center"/>
          </w:tcPr>
          <w:p w:rsidR="0003189D" w:rsidRDefault="004744CC">
            <w:pPr>
              <w:spacing w:after="0"/>
            </w:pPr>
            <w:r>
              <w:rPr>
                <w:sz w:val="18"/>
              </w:rPr>
              <w:t>2025–2027 (Pursuing)</w:t>
            </w:r>
          </w:p>
        </w:tc>
      </w:tr>
      <w:tr w:rsidR="0003189D" w:rsidTr="004C5BFB">
        <w:trPr>
          <w:trHeight w:val="337"/>
          <w:jc w:val="center"/>
        </w:trPr>
        <w:tc>
          <w:tcPr>
            <w:tcW w:w="3531" w:type="dxa"/>
            <w:vAlign w:val="center"/>
          </w:tcPr>
          <w:p w:rsidR="0003189D" w:rsidRDefault="004744CC">
            <w:pPr>
              <w:spacing w:after="0"/>
            </w:pPr>
            <w:r>
              <w:rPr>
                <w:sz w:val="18"/>
              </w:rPr>
              <w:t>B.Com. (Hons.)</w:t>
            </w:r>
          </w:p>
        </w:tc>
        <w:tc>
          <w:tcPr>
            <w:tcW w:w="3531" w:type="dxa"/>
            <w:vAlign w:val="center"/>
          </w:tcPr>
          <w:p w:rsidR="0003189D" w:rsidRDefault="004744CC">
            <w:pPr>
              <w:spacing w:after="0"/>
            </w:pPr>
            <w:r>
              <w:rPr>
                <w:sz w:val="18"/>
              </w:rPr>
              <w:t>Sri Arvind Ma</w:t>
            </w:r>
            <w:r>
              <w:rPr>
                <w:sz w:val="18"/>
              </w:rPr>
              <w:t>hila College</w:t>
            </w:r>
          </w:p>
        </w:tc>
        <w:tc>
          <w:tcPr>
            <w:tcW w:w="3531" w:type="dxa"/>
            <w:vAlign w:val="center"/>
          </w:tcPr>
          <w:p w:rsidR="0003189D" w:rsidRDefault="004744CC">
            <w:pPr>
              <w:spacing w:after="0"/>
            </w:pPr>
            <w:r>
              <w:rPr>
                <w:sz w:val="18"/>
              </w:rPr>
              <w:t>2021–2024</w:t>
            </w:r>
          </w:p>
        </w:tc>
      </w:tr>
    </w:tbl>
    <w:p w:rsidR="004C5BFB" w:rsidRDefault="004C5BFB">
      <w:pPr>
        <w:pBdr>
          <w:bottom w:val="single" w:sz="6" w:space="1" w:color="auto"/>
        </w:pBdr>
        <w:spacing w:before="80"/>
        <w:rPr>
          <w:b/>
          <w:sz w:val="21"/>
        </w:rPr>
      </w:pPr>
    </w:p>
    <w:p w:rsidR="0003189D" w:rsidRDefault="004744CC">
      <w:pPr>
        <w:pBdr>
          <w:bottom w:val="single" w:sz="6" w:space="1" w:color="auto"/>
        </w:pBdr>
        <w:spacing w:before="80"/>
      </w:pPr>
      <w:r>
        <w:rPr>
          <w:b/>
          <w:sz w:val="21"/>
        </w:rPr>
        <w:t>KEY SKILLS</w:t>
      </w:r>
    </w:p>
    <w:p w:rsidR="0003189D" w:rsidRDefault="004744CC">
      <w:pPr>
        <w:spacing w:after="20"/>
        <w:ind w:left="216"/>
      </w:pPr>
      <w:r>
        <w:rPr>
          <w:b/>
        </w:rPr>
        <w:t xml:space="preserve">• </w:t>
      </w:r>
      <w:r>
        <w:t>Patient and student-friendly teaching approach</w:t>
      </w:r>
    </w:p>
    <w:p w:rsidR="0003189D" w:rsidRDefault="004744CC">
      <w:pPr>
        <w:spacing w:after="20"/>
        <w:ind w:left="216"/>
      </w:pPr>
      <w:r>
        <w:rPr>
          <w:b/>
        </w:rPr>
        <w:t xml:space="preserve">• </w:t>
      </w:r>
      <w:r>
        <w:t>Simple and clear explanation of concepts</w:t>
      </w:r>
    </w:p>
    <w:p w:rsidR="0003189D" w:rsidRDefault="004744CC">
      <w:pPr>
        <w:spacing w:after="20"/>
        <w:ind w:left="216"/>
      </w:pPr>
      <w:r>
        <w:rPr>
          <w:b/>
        </w:rPr>
        <w:t xml:space="preserve">• </w:t>
      </w:r>
      <w:r>
        <w:t>Interactive classroom communication</w:t>
      </w:r>
    </w:p>
    <w:p w:rsidR="0003189D" w:rsidRDefault="004744CC">
      <w:pPr>
        <w:spacing w:after="20"/>
        <w:ind w:left="216"/>
      </w:pPr>
      <w:r>
        <w:rPr>
          <w:b/>
        </w:rPr>
        <w:t xml:space="preserve">• </w:t>
      </w:r>
      <w:r>
        <w:t>Ability to encourage student participation</w:t>
      </w:r>
    </w:p>
    <w:p w:rsidR="0003189D" w:rsidRDefault="004744CC">
      <w:pPr>
        <w:spacing w:after="20"/>
        <w:ind w:left="216"/>
      </w:pPr>
      <w:r>
        <w:rPr>
          <w:b/>
        </w:rPr>
        <w:t xml:space="preserve">• </w:t>
      </w:r>
      <w:r>
        <w:t>Basic Computer Skills</w:t>
      </w:r>
    </w:p>
    <w:p w:rsidR="0003189D" w:rsidRDefault="004744CC">
      <w:pPr>
        <w:spacing w:after="20"/>
        <w:ind w:left="216"/>
      </w:pPr>
      <w:r>
        <w:rPr>
          <w:b/>
        </w:rPr>
        <w:t xml:space="preserve">• </w:t>
      </w:r>
      <w:r>
        <w:t xml:space="preserve">Hindi &amp; English </w:t>
      </w:r>
      <w:r>
        <w:t>Typing</w:t>
      </w:r>
    </w:p>
    <w:p w:rsidR="0003189D" w:rsidRDefault="004744CC">
      <w:pPr>
        <w:spacing w:after="20"/>
        <w:ind w:left="216"/>
      </w:pPr>
      <w:r>
        <w:rPr>
          <w:b/>
        </w:rPr>
        <w:t xml:space="preserve">• </w:t>
      </w:r>
      <w:r>
        <w:t>Adaptability</w:t>
      </w:r>
    </w:p>
    <w:p w:rsidR="004C5BFB" w:rsidRDefault="004C5BFB">
      <w:pPr>
        <w:pBdr>
          <w:bottom w:val="single" w:sz="6" w:space="1" w:color="auto"/>
        </w:pBdr>
        <w:spacing w:before="80"/>
        <w:rPr>
          <w:b/>
          <w:sz w:val="21"/>
        </w:rPr>
      </w:pPr>
    </w:p>
    <w:p w:rsidR="0003189D" w:rsidRDefault="004744CC">
      <w:pPr>
        <w:pBdr>
          <w:bottom w:val="single" w:sz="6" w:space="1" w:color="auto"/>
        </w:pBdr>
        <w:spacing w:before="80"/>
      </w:pPr>
      <w:r>
        <w:rPr>
          <w:b/>
          <w:sz w:val="21"/>
        </w:rPr>
        <w:t>CERTIFICATION</w:t>
      </w:r>
    </w:p>
    <w:p w:rsidR="0003189D" w:rsidRDefault="004744CC">
      <w:r>
        <w:t>Financial Literacy Program – “Kona Kona Shiksha”</w:t>
      </w:r>
      <w:r>
        <w:br/>
        <w:t>Kotak Securities &amp; NISM • February 2023</w:t>
      </w:r>
    </w:p>
    <w:p w:rsidR="004C5BFB" w:rsidRDefault="004C5BFB">
      <w:pPr>
        <w:pBdr>
          <w:bottom w:val="single" w:sz="6" w:space="1" w:color="auto"/>
        </w:pBdr>
        <w:spacing w:before="80"/>
        <w:rPr>
          <w:b/>
          <w:sz w:val="21"/>
        </w:rPr>
      </w:pPr>
    </w:p>
    <w:p w:rsidR="0003189D" w:rsidRDefault="004744CC">
      <w:pPr>
        <w:pBdr>
          <w:bottom w:val="single" w:sz="6" w:space="1" w:color="auto"/>
        </w:pBdr>
        <w:spacing w:before="80"/>
      </w:pPr>
      <w:r>
        <w:rPr>
          <w:b/>
          <w:sz w:val="21"/>
        </w:rPr>
        <w:t>LANGUAGES</w:t>
      </w:r>
    </w:p>
    <w:p w:rsidR="0003189D" w:rsidRDefault="004744CC">
      <w:r>
        <w:t>Hindi • English</w:t>
      </w:r>
    </w:p>
    <w:p w:rsidR="004C5BFB" w:rsidRDefault="004C5BFB">
      <w:pPr>
        <w:pBdr>
          <w:bottom w:val="single" w:sz="6" w:space="1" w:color="auto"/>
        </w:pBdr>
        <w:spacing w:before="80"/>
        <w:rPr>
          <w:b/>
          <w:sz w:val="21"/>
        </w:rPr>
      </w:pPr>
    </w:p>
    <w:p w:rsidR="0003189D" w:rsidRDefault="004744CC">
      <w:pPr>
        <w:pBdr>
          <w:bottom w:val="single" w:sz="6" w:space="1" w:color="auto"/>
        </w:pBdr>
        <w:spacing w:before="80"/>
      </w:pPr>
      <w:r>
        <w:rPr>
          <w:b/>
          <w:sz w:val="21"/>
        </w:rPr>
        <w:t>PREFERRED POSITION</w:t>
      </w:r>
    </w:p>
    <w:p w:rsidR="0003189D" w:rsidRDefault="004744CC">
      <w:r>
        <w:t>Primary Teacher / Class Teacher</w:t>
      </w:r>
    </w:p>
    <w:p w:rsidR="0003189D" w:rsidRDefault="0003189D">
      <w:pPr>
        <w:spacing w:after="0"/>
      </w:pPr>
    </w:p>
    <w:sectPr w:rsidR="0003189D" w:rsidSect="00034616">
      <w:pgSz w:w="12240" w:h="15840"/>
      <w:pgMar w:top="648" w:right="936" w:bottom="648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189D"/>
    <w:rsid w:val="00034616"/>
    <w:rsid w:val="0006063C"/>
    <w:rsid w:val="0015074B"/>
    <w:rsid w:val="0029639D"/>
    <w:rsid w:val="00326F90"/>
    <w:rsid w:val="004744CC"/>
    <w:rsid w:val="004C5BFB"/>
    <w:rsid w:val="00AA1D8D"/>
    <w:rsid w:val="00B47730"/>
    <w:rsid w:val="00CB0664"/>
    <w:rsid w:val="00E44DF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C5B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5BF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C5BF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C5B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5BF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C5BF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hyperlink" Target="mailto:viskarmamuskaan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38172DA-2657-44C0-A0B3-F313E2251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1467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ismail - [2010]</cp:lastModifiedBy>
  <cp:revision>2</cp:revision>
  <dcterms:created xsi:type="dcterms:W3CDTF">2026-09-14T15:15:00Z</dcterms:created>
  <dcterms:modified xsi:type="dcterms:W3CDTF">2026-09-14T15:15:00Z</dcterms:modified>
</cp:coreProperties>
</file>